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6552"/>
        <w:gridCol w:w="3960"/>
      </w:tblGrid>
      <w:tr w:rsidR="00906265" w14:paraId="66B8A8FC" w14:textId="77777777">
        <w:trPr>
          <w:jc w:val="center"/>
        </w:trPr>
        <w:tc>
          <w:tcPr>
            <w:tcW w:w="105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BCFDFA" w14:textId="77777777" w:rsidR="00906265" w:rsidRDefault="00000000" w:rsidP="001427F4">
            <w:pPr>
              <w:spacing w:after="20" w:line="240" w:lineRule="auto"/>
              <w:ind w:left="426" w:right="351"/>
              <w:jc w:val="center"/>
              <w:rPr>
                <w:rFonts w:hint="eastAsia"/>
              </w:rPr>
            </w:pPr>
            <w:r>
              <w:rPr>
                <w:color w:val="E9E4D9"/>
                <w:sz w:val="50"/>
              </w:rPr>
              <w:t>◯</w:t>
            </w:r>
          </w:p>
          <w:p w14:paraId="7A685B00" w14:textId="77777777" w:rsidR="00906265" w:rsidRDefault="00000000" w:rsidP="001427F4">
            <w:pPr>
              <w:spacing w:after="20" w:line="240" w:lineRule="auto"/>
              <w:ind w:left="426" w:right="351"/>
              <w:jc w:val="center"/>
              <w:rPr>
                <w:rFonts w:hint="eastAsia"/>
              </w:rPr>
            </w:pPr>
            <w:r>
              <w:rPr>
                <w:b/>
                <w:sz w:val="26"/>
              </w:rPr>
              <w:t>YOUR COMPANY NAME</w:t>
            </w:r>
          </w:p>
          <w:p w14:paraId="10780085" w14:textId="77777777" w:rsidR="00906265" w:rsidRDefault="00000000" w:rsidP="001427F4">
            <w:pPr>
              <w:spacing w:after="0" w:line="240" w:lineRule="auto"/>
              <w:ind w:left="426" w:right="351"/>
              <w:jc w:val="center"/>
              <w:rPr>
                <w:rFonts w:hint="eastAsia"/>
              </w:rPr>
            </w:pPr>
            <w:r>
              <w:rPr>
                <w:i/>
                <w:color w:val="6E6B67"/>
                <w:sz w:val="14"/>
              </w:rPr>
              <w:t>design &amp; branding</w:t>
            </w:r>
          </w:p>
        </w:tc>
      </w:tr>
      <w:tr w:rsidR="00906265" w14:paraId="67BB8A6F" w14:textId="77777777">
        <w:trPr>
          <w:jc w:val="center"/>
        </w:trPr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37AE00" w14:textId="77777777" w:rsidR="00906265" w:rsidRDefault="00000000" w:rsidP="001427F4">
            <w:pPr>
              <w:spacing w:after="40" w:line="240" w:lineRule="auto"/>
              <w:ind w:left="426" w:right="351"/>
              <w:rPr>
                <w:rFonts w:hint="eastAsia"/>
              </w:rPr>
            </w:pPr>
            <w:r>
              <w:rPr>
                <w:b/>
                <w:sz w:val="14"/>
              </w:rPr>
              <w:t>ISSUED TO:</w:t>
            </w:r>
          </w:p>
          <w:p w14:paraId="541B29C3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&lt;Contact Name&gt;</w:t>
            </w:r>
          </w:p>
          <w:p w14:paraId="311E1008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&lt;Client Company Name&gt;</w:t>
            </w:r>
          </w:p>
          <w:p w14:paraId="6959D5DA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&lt;Address, City&gt;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6DE8F5" w14:textId="77777777" w:rsidR="00906265" w:rsidRDefault="00000000" w:rsidP="001427F4">
            <w:pPr>
              <w:spacing w:after="4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4"/>
              </w:rPr>
              <w:t xml:space="preserve">INVOICE NO:  </w:t>
            </w:r>
            <w:r>
              <w:rPr>
                <w:sz w:val="15"/>
              </w:rPr>
              <w:t>01234</w:t>
            </w:r>
          </w:p>
          <w:p w14:paraId="318ED3E6" w14:textId="77777777" w:rsidR="00906265" w:rsidRDefault="00000000" w:rsidP="001427F4">
            <w:pPr>
              <w:spacing w:after="4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4"/>
              </w:rPr>
              <w:t xml:space="preserve">DATE:  </w:t>
            </w:r>
            <w:r>
              <w:rPr>
                <w:sz w:val="15"/>
              </w:rPr>
              <w:t>11.02.2030</w:t>
            </w:r>
          </w:p>
          <w:p w14:paraId="4F63F0AD" w14:textId="77777777" w:rsidR="00906265" w:rsidRDefault="00000000" w:rsidP="001427F4">
            <w:pPr>
              <w:spacing w:after="4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4"/>
              </w:rPr>
              <w:t xml:space="preserve">DUE DATE:  </w:t>
            </w:r>
            <w:r>
              <w:rPr>
                <w:sz w:val="15"/>
              </w:rPr>
              <w:t>11.03.2030</w:t>
            </w:r>
          </w:p>
          <w:p w14:paraId="4814F9AF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i/>
                <w:color w:val="6E6B67"/>
                <w:sz w:val="13"/>
              </w:rPr>
              <w:t>&lt;Payment terms: due on receipt, due in X days&gt;</w:t>
            </w:r>
          </w:p>
        </w:tc>
      </w:tr>
    </w:tbl>
    <w:p w14:paraId="20BAB8B1" w14:textId="77777777" w:rsidR="00906265" w:rsidRDefault="00906265" w:rsidP="001427F4">
      <w:pPr>
        <w:spacing w:after="60"/>
        <w:ind w:left="426" w:right="351"/>
        <w:rPr>
          <w:rFonts w:hint="eastAsia"/>
        </w:rPr>
      </w:pPr>
    </w:p>
    <w:tbl>
      <w:tblPr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1584"/>
        <w:gridCol w:w="360"/>
        <w:gridCol w:w="792"/>
        <w:gridCol w:w="288"/>
        <w:gridCol w:w="1928"/>
      </w:tblGrid>
      <w:tr w:rsidR="00906265" w14:paraId="7E3BBEC4" w14:textId="77777777" w:rsidTr="001427F4">
        <w:trPr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shd w:val="clear" w:color="auto" w:fill="E9E4D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4C1526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b/>
                <w:sz w:val="13"/>
              </w:rPr>
              <w:t>DESCRIPTION</w:t>
            </w: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shd w:val="clear" w:color="auto" w:fill="E9E4D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D42B26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3"/>
              </w:rPr>
              <w:t>UNIT PRICE</w:t>
            </w: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shd w:val="clear" w:color="auto" w:fill="E9E4D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880A34" w14:textId="77777777" w:rsidR="00906265" w:rsidRDefault="00000000" w:rsidP="001427F4">
            <w:pPr>
              <w:spacing w:after="0" w:line="240" w:lineRule="auto"/>
              <w:ind w:left="225" w:right="351"/>
              <w:jc w:val="right"/>
              <w:rPr>
                <w:rFonts w:hint="eastAsia"/>
              </w:rPr>
            </w:pPr>
            <w:r>
              <w:rPr>
                <w:b/>
                <w:sz w:val="13"/>
              </w:rPr>
              <w:t>QTY</w:t>
            </w: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shd w:val="clear" w:color="auto" w:fill="E9E4D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FC259C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3"/>
              </w:rPr>
              <w:t>TOTAL</w:t>
            </w:r>
          </w:p>
        </w:tc>
      </w:tr>
      <w:tr w:rsidR="00906265" w14:paraId="148D6C71" w14:textId="77777777" w:rsidTr="001427F4">
        <w:trPr>
          <w:trHeight w:val="346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125106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brand consultation</w:t>
            </w: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BB3BB5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EE5124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ABA95F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$100</w:t>
            </w:r>
          </w:p>
        </w:tc>
      </w:tr>
      <w:tr w:rsidR="00906265" w14:paraId="349E1CD1" w14:textId="77777777" w:rsidTr="001427F4">
        <w:trPr>
          <w:trHeight w:val="346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85F71B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logo design</w:t>
            </w: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65884B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2A9C03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AFCED2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$100</w:t>
            </w:r>
          </w:p>
        </w:tc>
      </w:tr>
      <w:tr w:rsidR="00906265" w14:paraId="2C5EC08E" w14:textId="77777777" w:rsidTr="001427F4">
        <w:trPr>
          <w:trHeight w:val="346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C43F31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website design</w:t>
            </w: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B8F64B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CD7DA1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594FFE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$100</w:t>
            </w:r>
          </w:p>
        </w:tc>
      </w:tr>
      <w:tr w:rsidR="00906265" w14:paraId="57FC5399" w14:textId="77777777" w:rsidTr="001427F4">
        <w:trPr>
          <w:trHeight w:val="346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0DD609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social media templates</w:t>
            </w: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D8F7EE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AC2514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172BE9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$100</w:t>
            </w:r>
          </w:p>
        </w:tc>
      </w:tr>
      <w:tr w:rsidR="00906265" w14:paraId="50ABB6A3" w14:textId="77777777" w:rsidTr="001427F4">
        <w:trPr>
          <w:trHeight w:val="346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1FF924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brand manual</w:t>
            </w: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A5846A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D5A209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B610B4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>$100</w:t>
            </w:r>
          </w:p>
        </w:tc>
      </w:tr>
      <w:tr w:rsidR="00906265" w14:paraId="447FD52E" w14:textId="77777777" w:rsidTr="001427F4">
        <w:trPr>
          <w:trHeight w:val="317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EFF4D4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90677F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DF3DFD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59FE5C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color w:val="6E6B67"/>
                <w:sz w:val="14"/>
              </w:rPr>
              <w:t>$0.00</w:t>
            </w:r>
          </w:p>
        </w:tc>
      </w:tr>
      <w:tr w:rsidR="00906265" w14:paraId="68D95ADD" w14:textId="77777777" w:rsidTr="001427F4">
        <w:trPr>
          <w:trHeight w:val="317"/>
          <w:jc w:val="center"/>
        </w:trPr>
        <w:tc>
          <w:tcPr>
            <w:tcW w:w="5112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2223AB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944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BF4EC7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3E2BA5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1D1C74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color w:val="6E6B67"/>
                <w:sz w:val="14"/>
              </w:rPr>
              <w:t>$0.00</w:t>
            </w:r>
          </w:p>
        </w:tc>
      </w:tr>
      <w:tr w:rsidR="00906265" w14:paraId="5D3CA3AE" w14:textId="77777777" w:rsidTr="001427F4">
        <w:trPr>
          <w:jc w:val="center"/>
        </w:trPr>
        <w:tc>
          <w:tcPr>
            <w:tcW w:w="8136" w:type="dxa"/>
            <w:gridSpan w:val="5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7FD07C" w14:textId="77777777" w:rsidR="00906265" w:rsidRDefault="00000000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  <w:r>
              <w:rPr>
                <w:b/>
                <w:sz w:val="14"/>
              </w:rPr>
              <w:t>SUBTOTAL</w:t>
            </w:r>
          </w:p>
          <w:p w14:paraId="436E1D15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  <w:p w14:paraId="725E882A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9AB5C9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5"/>
              </w:rPr>
              <w:t>$500</w:t>
            </w:r>
          </w:p>
        </w:tc>
      </w:tr>
      <w:tr w:rsidR="00906265" w14:paraId="4D3969F4" w14:textId="77777777" w:rsidTr="001427F4">
        <w:trPr>
          <w:jc w:val="center"/>
        </w:trPr>
        <w:tc>
          <w:tcPr>
            <w:tcW w:w="784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6024DF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7376F9" w14:textId="77777777" w:rsidR="00906265" w:rsidRDefault="00000000" w:rsidP="001427F4">
            <w:pPr>
              <w:spacing w:after="8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sz w:val="14"/>
              </w:rPr>
              <w:t xml:space="preserve">Tax    </w:t>
            </w:r>
            <w:r>
              <w:rPr>
                <w:sz w:val="15"/>
              </w:rPr>
              <w:t>10%</w:t>
            </w:r>
          </w:p>
          <w:p w14:paraId="49A800F4" w14:textId="77777777" w:rsidR="00906265" w:rsidRDefault="00000000" w:rsidP="001427F4">
            <w:pPr>
              <w:spacing w:after="8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4"/>
              </w:rPr>
              <w:t xml:space="preserve">TOTAL    </w:t>
            </w:r>
            <w:r>
              <w:rPr>
                <w:b/>
                <w:sz w:val="15"/>
              </w:rPr>
              <w:t>$550</w:t>
            </w:r>
          </w:p>
        </w:tc>
      </w:tr>
      <w:tr w:rsidR="00906265" w14:paraId="23C73696" w14:textId="77777777" w:rsidTr="001427F4">
        <w:trPr>
          <w:jc w:val="center"/>
        </w:trPr>
        <w:tc>
          <w:tcPr>
            <w:tcW w:w="7848" w:type="dxa"/>
            <w:gridSpan w:val="4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shd w:val="clear" w:color="auto" w:fill="E9E4D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A2A343" w14:textId="77777777" w:rsidR="00906265" w:rsidRDefault="00906265" w:rsidP="001427F4">
            <w:pPr>
              <w:spacing w:after="0" w:line="240" w:lineRule="auto"/>
              <w:ind w:left="426" w:right="351"/>
              <w:rPr>
                <w:rFonts w:hint="eastAsia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D7D2C9"/>
              <w:left w:val="single" w:sz="4" w:space="0" w:color="D7D2C9"/>
              <w:bottom w:val="single" w:sz="4" w:space="0" w:color="D7D2C9"/>
              <w:right w:val="single" w:sz="4" w:space="0" w:color="D7D2C9"/>
            </w:tcBorders>
            <w:shd w:val="clear" w:color="auto" w:fill="E9E4D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5E1137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</w:rPr>
              <w:t>TOTAL    $550</w:t>
            </w:r>
          </w:p>
        </w:tc>
      </w:tr>
      <w:tr w:rsidR="00906265" w14:paraId="2EABDCE3" w14:textId="77777777" w:rsidTr="001427F4">
        <w:trPr>
          <w:jc w:val="center"/>
        </w:trPr>
        <w:tc>
          <w:tcPr>
            <w:tcW w:w="66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85D689" w14:textId="77777777" w:rsidR="00906265" w:rsidRDefault="00000000" w:rsidP="001427F4">
            <w:pPr>
              <w:spacing w:after="40" w:line="240" w:lineRule="auto"/>
              <w:ind w:left="426" w:right="351"/>
              <w:rPr>
                <w:rFonts w:hint="eastAsia"/>
              </w:rPr>
            </w:pPr>
            <w:r>
              <w:rPr>
                <w:b/>
                <w:sz w:val="14"/>
              </w:rPr>
              <w:t>BANK DETAILS</w:t>
            </w:r>
          </w:p>
          <w:p w14:paraId="25840888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&lt;Bank Name&gt;</w:t>
            </w:r>
          </w:p>
          <w:p w14:paraId="55481D2D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Account Name: &lt;Account Holder Name&gt;</w:t>
            </w:r>
          </w:p>
          <w:p w14:paraId="4A942409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Account No.: &lt;Account Number&gt;</w:t>
            </w:r>
          </w:p>
          <w:p w14:paraId="30373B32" w14:textId="77777777" w:rsidR="00906265" w:rsidRDefault="00000000" w:rsidP="001427F4">
            <w:pPr>
              <w:spacing w:after="20" w:line="240" w:lineRule="auto"/>
              <w:ind w:left="426" w:right="351"/>
              <w:rPr>
                <w:rFonts w:hint="eastAsia"/>
              </w:rPr>
            </w:pPr>
            <w:r>
              <w:rPr>
                <w:sz w:val="14"/>
              </w:rPr>
              <w:t>IFSC / SWIFT: &lt;Bank Code&gt;</w:t>
            </w:r>
          </w:p>
        </w:tc>
        <w:tc>
          <w:tcPr>
            <w:tcW w:w="33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E6C368" w14:textId="77777777" w:rsidR="00906265" w:rsidRDefault="00000000" w:rsidP="001427F4">
            <w:pPr>
              <w:spacing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b/>
                <w:sz w:val="14"/>
              </w:rPr>
              <w:t>THANK YOU</w:t>
            </w:r>
          </w:p>
          <w:p w14:paraId="1CE3493F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color w:val="6E6B67"/>
                <w:sz w:val="14"/>
              </w:rPr>
              <w:t>[ AUTHORIZED SIGNATURE ]</w:t>
            </w:r>
          </w:p>
          <w:p w14:paraId="567DAEE8" w14:textId="77777777" w:rsidR="00906265" w:rsidRDefault="00000000" w:rsidP="001427F4">
            <w:pPr>
              <w:spacing w:after="0" w:line="240" w:lineRule="auto"/>
              <w:ind w:left="426" w:right="351"/>
              <w:jc w:val="right"/>
              <w:rPr>
                <w:rFonts w:hint="eastAsia"/>
              </w:rPr>
            </w:pPr>
            <w:r>
              <w:rPr>
                <w:color w:val="6E6B67"/>
                <w:sz w:val="13"/>
              </w:rPr>
              <w:t>&lt;Authorized Signatory&gt;</w:t>
            </w:r>
          </w:p>
        </w:tc>
      </w:tr>
    </w:tbl>
    <w:p w14:paraId="1245CBCE" w14:textId="77777777" w:rsidR="000F5221" w:rsidRDefault="000F5221" w:rsidP="001427F4">
      <w:pPr>
        <w:ind w:left="426" w:right="351"/>
      </w:pPr>
    </w:p>
    <w:sectPr w:rsidR="000F5221" w:rsidSect="00034616">
      <w:footerReference w:type="default" r:id="rId8"/>
      <w:pgSz w:w="11909" w:h="16834"/>
      <w:pgMar w:top="547" w:right="605" w:bottom="547" w:left="605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F994F" w14:textId="77777777" w:rsidR="000F5221" w:rsidRDefault="000F522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46A090C" w14:textId="77777777" w:rsidR="000F5221" w:rsidRDefault="000F522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933C" w14:textId="28E01F40" w:rsidR="00906265" w:rsidRDefault="001427F4">
    <w:pPr>
      <w:pStyle w:val="Footer"/>
      <w:jc w:val="center"/>
      <w:rPr>
        <w:rFonts w:hint="eastAsia"/>
      </w:rPr>
    </w:pPr>
    <w:r>
      <w:rPr>
        <w:color w:val="6E6B67"/>
        <w:sz w:val="12"/>
      </w:rPr>
      <w:t xml:space="preserve">Company Name </w:t>
    </w:r>
    <w:r w:rsidR="00000000">
      <w:rPr>
        <w:color w:val="6E6B67"/>
        <w:sz w:val="12"/>
      </w:rPr>
      <w:t>• 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4AB4" w14:textId="77777777" w:rsidR="000F5221" w:rsidRDefault="000F522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45142D" w14:textId="77777777" w:rsidR="000F5221" w:rsidRDefault="000F522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9240256">
    <w:abstractNumId w:val="8"/>
  </w:num>
  <w:num w:numId="2" w16cid:durableId="1874610957">
    <w:abstractNumId w:val="6"/>
  </w:num>
  <w:num w:numId="3" w16cid:durableId="884562948">
    <w:abstractNumId w:val="5"/>
  </w:num>
  <w:num w:numId="4" w16cid:durableId="751662247">
    <w:abstractNumId w:val="4"/>
  </w:num>
  <w:num w:numId="5" w16cid:durableId="1313562776">
    <w:abstractNumId w:val="7"/>
  </w:num>
  <w:num w:numId="6" w16cid:durableId="2126541136">
    <w:abstractNumId w:val="3"/>
  </w:num>
  <w:num w:numId="7" w16cid:durableId="2121414014">
    <w:abstractNumId w:val="2"/>
  </w:num>
  <w:num w:numId="8" w16cid:durableId="1034186043">
    <w:abstractNumId w:val="1"/>
  </w:num>
  <w:num w:numId="9" w16cid:durableId="1163157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221"/>
    <w:rsid w:val="001427F4"/>
    <w:rsid w:val="0015074B"/>
    <w:rsid w:val="0029639D"/>
    <w:rsid w:val="00326F90"/>
    <w:rsid w:val="0050671F"/>
    <w:rsid w:val="0090626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75D445"/>
  <w14:defaultImageDpi w14:val="300"/>
  <w15:docId w15:val="{991FF04E-8D7B-4801-A648-DA63D611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3B3A39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Tushar</cp:lastModifiedBy>
  <cp:revision>2</cp:revision>
  <dcterms:created xsi:type="dcterms:W3CDTF">2013-12-23T23:15:00Z</dcterms:created>
  <dcterms:modified xsi:type="dcterms:W3CDTF">2026-10-06T06:36:00Z</dcterms:modified>
  <cp:category/>
</cp:coreProperties>
</file>